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pct10" w:color="auto" w:fill="00FF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