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50" w:color="auto" w:fill="FF00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