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HeaderChar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