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Heading2Char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