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IntenseEmphasis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