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IntenseReference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