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SubtleEmphasis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