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SubtleReference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