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F42D4" w14:textId="9AC6D3E3" w:rsidR="00000001" w:rsidRDefault="00000001">
      <w:r w:rsidR="00000001">
        <w:t>decomposed á á á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