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27E4FF9" w14:textId="9727BB00" w:rsidR="00000001" w:rsidRDefault="00000001">
      <w:r w:rsidR="00000001">
        <w:t>wave 👋🏽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