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BAA26" w14:textId="3C5EDCF8" w:rsidR="00000001" w:rsidRDefault="00000001">
      <w:r w:rsidR="00000001">
        <w:t>family 👨‍👩‍👦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