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B3647" w14:textId="50C34134" w:rsidR="00000001" w:rsidRDefault="00000001">
      <w:commentRangeStart w:id="0"/>
      <w:r w:rsidR="00000001">
        <w:t>Commented paragraph</w:t>
      </w:r>
      <w:commentRangeEnd w:id="0"/>
      <w:r w:rsidR="00000001">
        <w:rPr>
          <w:rStyle w:val="CommentReference"/>
        </w:rPr>
        <w:commentReference w:id="0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xmlns:w16cid="http://schemas.microsoft.com/office/word/2016/wordml/cid" w:id="0" w:author="Reviewer A" w16cid:paraId="00000001" w:initials="A" w:date="2026-05-04T00:00:00Z">
    <w:p>
      <w:pPr>
        <w:pStyle w:val="CommentText"/>
      </w:pPr>
      <w:r>
        <w:rPr>
          <w:rStyle w:val="CommentReference"/>
        </w:rPr>
        <w:annotationRef/>
      </w:r>
      <w:r>
        <w:t>Please review this sentence.</w:t>
      </w:r>
    </w:p>
  </w:comment>
  <w:comment xmlns:w16cid="http://schemas.microsoft.com/office/word/2016/wordml/cid" w:id="1" w:author="Reviewer B" w16cid:paraId="00000002" w16cid:paraIdParent="00000001" w:initials="B" w:date="2026-05-04T00:00:00Z">
    <w:p>
      <w:pPr>
        <w:pStyle w:val="CommentText"/>
      </w:pPr>
      <w:r>
        <w:rPr>
          <w:rStyle w:val="CommentReference"/>
        </w:rPr>
        <w:annotationRef/>
      </w:r>
      <w:r>
        <w:t>Thanks, I agree.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