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>Reports</cp:category>
</cp:coreProperties>
</file>