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A7AAAD" w14:textId="80C75AF7" w:rsidR="00000001" w:rsidRDefault="00000001">
      <w:r w:rsidR="00000001">
        <w:t>Body content; metadata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Description text</dc:description>
  <cp:lastModifiedBy/>
  <cp:revision>1</cp:revision>
  <dcterms:created xsi:type="dcterms:W3CDTF">2026-01-01T00:00:00Z</dcterms:created>
  <dcterms:modified xsi:type="dcterms:W3CDTF">2026-01-02T00:00:00Z</dcterms:modified>
  <cp:category/>
</cp:coreProperties>
</file>