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Core Subject</dc:subject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