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7AAAD" w14:textId="80C75AF7" w:rsidR="00000001" w:rsidRDefault="00000001">
      <w:r w:rsidR="00000001">
        <w:t>Body content;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 Title</dc:title>
  <dc:subject/>
  <dc:creator>python-docx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