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825587F2" w14:textId="A6A90EE7" w:rsidR="00000001" w:rsidRDefault="00000001">
      <w:r w:rsidR="00000001">
        <w:t>Body content; unicode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测试标题 مرحبا 👨‍👩‍👧</dc:title>
  <dc:subject/>
  <dc:creator>作者 كاتب 📝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