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origin.sigs" ContentType="application/vnd.openxmlformats-package.digital-signature-origin"/>
  <Override PartName="/_xmlsignatures/sig1.xml" ContentType="application/vnd.openxmlformats-package.digital-signature-xmlsignature+xml"/>
</Types>
</file>

<file path=_rels/.rels><?xml version='1.0' encoding='UTF-8' standalone='yes'?>
<Relationships xmlns="http://schemas.openxmlformats.org/package/2006/relationships">
  <Relationship Id="rId3" Type="http://schemas.openxmlformats.org/package/2006/relationships/metadata/core-properties" Target="docProps/core.xml"/>
  <Relationship Id="rId4" Type="http://schemas.openxmlformats.org/officeDocument/2006/relationships/extended-properties" Target="docProps/app.xml"/>
  <Relationship Id="rId1" Type="http://schemas.openxmlformats.org/officeDocument/2006/relationships/officeDocument" Target="word/document.xml"/>
  <Relationship Id="rId2" Type="http://schemas.openxmlformats.org/package/2006/relationships/metadata/thumbnail" Target="docProps/thumbnail.jpeg"/>
<Relationship Id="rIdSigOrigin" Type="http://schemas.openxmlformats.org/package/2006/relationships/digital-signature/origin" Target="/_xmlsignatures/origin.sigs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
  <Relationship Id="rId3" Type="http://schemas.openxmlformats.org/officeDocument/2006/relationships/styles" Target="styles.xml"/>
  <Relationship Id="rId4" Type="http://schemas.microsoft.com/office/2007/relationships/stylesWithEffects" Target="stylesWithEffects.xml"/>
  <Relationship Id="rId5" Type="http://schemas.openxmlformats.org/officeDocument/2006/relationships/settings" Target="settings.xml"/>
  <Relationship Id="rId6" Type="http://schemas.openxmlformats.org/officeDocument/2006/relationships/webSettings" Target="webSettings.xml"/>
  <Relationship Id="rId7" Type="http://schemas.openxmlformats.org/officeDocument/2006/relationships/fontTable" Target="fontTable.xml"/>
  <Relationship Id="rId8" Type="http://schemas.openxmlformats.org/officeDocument/2006/relationships/theme" Target="theme/theme1.xml"/>
  <Relationship Id="rId1" Type="http://schemas.openxmlformats.org/officeDocument/2006/relationships/customXml" Target="../customXml/item1.xml"/>
  <Relationship Id="rId2" Type="http://schemas.openxmlformats.org/officeDocument/2006/relationships/numbering" Target="numbering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_xmlsignatures/_rels/origin.sigs.rels><?xml version="1.0" encoding="UTF-8" standalone="yes"?><Relationships xmlns="http://schemas.openxmlformats.org/package/2006/relationships"><Relationship Id="rIdSig1" Type="http://schemas.openxmlformats.org/package/2006/relationships/digital-signature/signature" Target="sig1.xml"/></Relationships>
</file>

<file path=_xmlsignatures/sig1.xml><?xml version="1.0" encoding="utf-8"?>
<Signature xmlns="http://www.w3.org/2000/09/xmldsig#">
  <SignedInfo/>
  <SignatureValue>ignored</SignatureValue>
  <KeyInfo>
    <X509Data>
      <X509SubjectName>CN=Alice Example</X509SubjectName>
    </X509Data>
  </KeyInfo>
  <Object>
    <SignatureProperties xmlns:xades="http://uri.etsi.org/01903/v1.3.2#">
      <SignatureProperty>
        <xades:SigningTime>2024-04-01T12:34:56Z</xades:SigningTime>
      </SignatureProperty>
    </SignatureProperties>
  </Object>
</Signature>
</file>

<file path=customXml/_rels/item1.xml.rels><?xml version='1.0' encoding='UTF-8' standalone='yes'?>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