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9BEC3986" w14:textId="9D7BD80B" w:rsidR="00000001" w:rsidRDefault="00000001">
      <w:r w:rsidR="00000001">
        <w:rPr>
          <w:eastAsianLayout w:combine="1"/>
        </w:rPr>
        <w:t>中文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