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A6BE9D8E" w14:textId="65D97B23" w:rsidR="00000001" w:rsidRDefault="00000001">
      <w:r w:rsidR="00000001">
        <w:rPr>
          <w:eastAsianLayout w:vert="1"/>
        </w:rPr>
        <w:t>縦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