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D1B968A1" w14:textId="84C7C1B8" w:rsidR="00000001" w:rsidRDefault="00000001">
      <w:pPr>
        <w:kinsoku/>
      </w:pPr>
      <w:r w:rsidR="00000001">
        <w:t>漢字テスト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