
<file path=[Content_Types].xml><?xml version="1.0" encoding="utf-8"?>
<Types xmlns="http://schemas.openxmlformats.org/package/2006/content-types">
  <Default Extension="fntdata" ContentType="application/x-fontdata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5EA1F1C" w14:textId="2DB0100F" w:rsidR="00000001" w:rsidRDefault="00000001">
      <w:r w:rsidR="00000001">
        <w:t>This document embeds a stub font binary via FontTable.add_embedded_font.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rpusFakeFont">
    <w:embedRegular r:id="rId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fntdata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