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F1336FC4" w14:textId="B77D5BBD" w:rsidR="00000001" w:rsidRDefault="00000001">
      <w:r w:rsidR="00000001">
        <w:t>Body content; extended metadata is the feature under test.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Loadfix Inc.</Company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2026-01-01T00:00:00Z</dcterms:created>
  <dcterms:modified xsi:type="dcterms:W3CDTF">2026-01-02T00:00:00Z</dcterms:modified>
  <cp:category/>
</cp:coreProperties>
</file>