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6C5FA" w14:textId="7E5AB85D" w:rsidR="00000001" w:rsidRDefault="00000001">
      <w:r w:rsidR="00000001">
        <w:t xml:space="preserve">Today: </w:t>
      </w:r>
      <w:fldSimple w:instr="DATE \@ &quot;yyyy-MM-dd&quot;">
        <w:r w:rsidR="00000001">
          <w:t>2026-05-04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