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855FA25F" w14:textId="DDDE2D3D" w:rsidR="00000001" w:rsidRDefault="00000001">
      <w:fldSimple w:instr="DATE \@ &quot;yyyy-MM-dd&quot;">
        <w:r w:rsidR="00000001">
          <w:t>2026-01-01</w:t>
        </w:r>
      </w:fldSimple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