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C59AFF1" w14:textId="234ED873" w:rsidR="00000001" w:rsidRDefault="00000001">
      <w:fldSimple w:instr="FILENAME \* MERGEFORMAT">
        <w:r w:rsidR="00000001">
          <w:t>document.docx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