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9B7DFF3" w14:textId="B6A9E4A1" w:rsidR="00000001" w:rsidRDefault="00000001">
      <w:fldSimple w:instr="HYPERLINK &quot;https://example.com&quot;">
        <w:r w:rsidR="00000001">
          <w:t>link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