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C7F34" w14:textId="06D04DDE" w:rsidR="00000001" w:rsidRDefault="00000001">
      <w:fldSimple w:instr="KEYWORDS \* MERGEFORMAT">
        <w:r w:rsidR="00000001">
          <w:t>keyword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