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9474BE" w14:textId="29C8B38E" w:rsidR="00000001" w:rsidRDefault="00000001">
      <w:fldSimple w:instr="NUMCHARS \* MERGEFORMAT">
        <w:r w:rsidR="00000001">
          <w:t>100</w:t>
        </w:r>
      </w:fldSimple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