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PAGEREF bookmark1 \h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