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1E1EAAE" w14:textId="0ACA56B1" w:rsidR="00000001" w:rsidRDefault="00000001">
      <w:fldSimple w:instr="STYLEREF &quot;Heading 1&quot; \* MERGEFORMAT">
        <w:r w:rsidR="00000001">
          <w:t>Heading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