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A73F08" w14:textId="D9C8D619" w:rsidR="00000001" w:rsidRDefault="00000001">
      <w:fldSimple w:instr="SUBJECT \* MERGEFORMAT">
        <w:r w:rsidR="00000001">
          <w:t>Subject</w:t>
        </w:r>
      </w:fldSimple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