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5CC2AB2" w14:textId="49AC00D9" w:rsidR="00000001" w:rsidRDefault="00000001">
      <w:fldSimple w:instr="TEMPLATE \* MERGEFORMAT">
        <w:r w:rsidR="00000001">
          <w:t>Normal.dotm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