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DAAA" w14:textId="19A5A953" w:rsidR="00000001" w:rsidRDefault="00000001">
      <w:fldSimple w:instr="USERNAME \* MERGEFORMAT">
        <w:r w:rsidR="00000001">
          <w:t>User Name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