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/>
        </w:rPr>
      </w:pPr>
      <w:r w:rsidR="00000001">
        <w:rPr>
          <w:color w:val="auto" w:themeColor="background1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