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9E8009D" w14:textId="E07AFB60" w:rsidR="00000001" w:rsidRDefault="00000001">
      <w:pPr>
        <w:rPr>
          <w:rFonts w:ascii="Times New Roman"/>
        </w:rPr>
      </w:pPr>
      <w:r w:rsidR="00000001">
        <w:rPr>
          <w:rFonts w:ascii="Times New Roman"/>
        </w:rPr>
        <w:t>Font test text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0000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720" w:hanging="360"/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ind w:left="720" w:hanging="360"/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