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8009D" w14:textId="E07AFB60" w:rsidR="00000001" w:rsidRDefault="00000001">
      <w:pPr>
        <w:rPr>
          <w:rFonts w:hAnsi="Verdana"/>
        </w:rPr>
      </w:pPr>
      <w:r w:rsidR="00000001">
        <w:rPr>
          <w:rFonts w:hAnsi="Verdana"/>
        </w:rPr>
        <w:t>Font test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