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3D59935" w14:textId="AC0AE2A2" w:rsidR="00000001" w:rsidRDefault="00000001">
      <w:pPr>
        <w:rPr>
          <w:sz w:val="28"/>
          <w:szCs w:val="28"/>
        </w:rPr>
      </w:pPr>
      <w:r w:rsidR="00000001">
        <w:rPr>
          <w:sz w:val="28"/>
          <w:szCs w:val="28"/>
        </w:rPr>
        <w:t>Size 14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