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footnotePr>
        <w:numFmt w:val="bullet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