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  <w:footnotePr>
        <w:numFmt w:val="chicago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