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lowerRoman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