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DA295D" w14:textId="1547DABB" w:rsidR="00000001" w:rsidRDefault="00000001">
      <w:r w:rsidR="00000001">
        <w:t>Body paragraph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footnotePr>
        <w:numFmt w:val="upperLetter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