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CCC5D" w14:textId="C82E6795" w:rsidR="00000001" w:rsidRDefault="00000001">
      <w:r w:rsidR="00000001">
        <w:t>Body paragraph.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Default header content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