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74316" w14:textId="3BA4BD82" w:rsidR="00000001" w:rsidRDefault="00000001">
      <w:pPr>
        <w:pStyle w:val="Heading1"/>
      </w:pPr>
      <w:r w:rsidR="00000001">
        <w:t>Heading 1 Title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