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D60E25" w14:textId="A228A647" w:rsidR="00000001" w:rsidRDefault="00000001">
      <w:pPr>
        <w:pStyle w:val="Heading3"/>
      </w:pPr>
      <w:r w:rsidR="00000001">
        <w:t>Heading 3 Section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