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1DBAB" w14:textId="FFA7A5BF" w:rsidR="00000001" w:rsidRDefault="00000001">
      <w:hyperlink r:id="rId9">
        <w:r w:rsidR="00000001">
          <w:rPr>
            <w:rStyle w:val="Hyperlink"/>
          </w:rPr>
          <w:t>Click me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yperlink">
    <w:name w:val="Hyperlin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