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01DBAB" w14:textId="FFA7A5BF" w:rsidR="00000001" w:rsidRDefault="00000001">
      <w:hyperlink r:id="rId9">
        <w:r w:rsidR="00000001">
          <w:rPr>
            <w:u w:val="none"/>
          </w:rPr>
          <w:t>Click me</w:t>
        </w:r>
      </w:hyperlink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hyperlink" Target="https://exampl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