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8FC3B205" w14:textId="EC098438" w:rsidR="00000001" w:rsidRDefault="00000001">
      <w:hyperlink r:id="rId9">
        <w:r w:rsidR="00000001">
          <w:t>The full URL — display</w:t>
        </w:r>
      </w:hyperlink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9" Type="http://schemas.openxmlformats.org/officeDocument/2006/relationships/hyperlink" Target="file:///home/docs/other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