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E720E1" w14:textId="66207451" w:rsidR="00000001" w:rsidRDefault="00000001">
      <w:hyperlink r:id="rId9">
        <w:r w:rsidR="00000001">
          <w:t>Click here</w:t>
        </w:r>
      </w:hyperlink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9" Type="http://schemas.openxmlformats.org/officeDocument/2006/relationships/hyperlink" Target="mailto:someone@examp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