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71B5C06" w14:textId="7C14C94F" w:rsidR="00000001" w:rsidRDefault="00000001">
      <w:hyperlink r:id="rId9">
        <w:r w:rsidR="00000001">
          <w:t>Link</w:t>
        </w:r>
      </w:hyperlink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hyperlink" Target="https://example.com/pa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